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49D15" w14:textId="77777777" w:rsidR="007E0EE0" w:rsidRPr="00D8219D" w:rsidRDefault="00000000">
      <w:pPr>
        <w:jc w:val="right"/>
        <w:rPr>
          <w:lang w:val="it-IT"/>
        </w:rPr>
      </w:pPr>
      <w:r w:rsidRPr="00D8219D">
        <w:rPr>
          <w:b/>
          <w:lang w:val="it-IT"/>
        </w:rPr>
        <w:t>ALLEGATO “A”</w:t>
      </w:r>
    </w:p>
    <w:p w14:paraId="32254867" w14:textId="77777777" w:rsidR="00D8219D" w:rsidRPr="00D8219D" w:rsidRDefault="00D8219D">
      <w:pPr>
        <w:jc w:val="center"/>
        <w:rPr>
          <w:b/>
          <w:sz w:val="22"/>
          <w:lang w:val="it-IT"/>
        </w:rPr>
      </w:pPr>
    </w:p>
    <w:p w14:paraId="4486E3D0" w14:textId="693A9B63" w:rsidR="00D8219D" w:rsidRDefault="00D8219D">
      <w:pPr>
        <w:jc w:val="center"/>
        <w:rPr>
          <w:b/>
          <w:sz w:val="22"/>
          <w:lang w:val="it-IT"/>
        </w:rPr>
      </w:pPr>
      <w:r>
        <w:rPr>
          <w:b/>
          <w:noProof/>
          <w:sz w:val="22"/>
          <w:lang w:val="it-IT"/>
        </w:rPr>
        <w:drawing>
          <wp:inline distT="0" distB="0" distL="0" distR="0" wp14:anchorId="71ABA19F" wp14:editId="28EB13A1">
            <wp:extent cx="971550" cy="1212665"/>
            <wp:effectExtent l="0" t="0" r="0" b="6985"/>
            <wp:docPr id="177499750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048" cy="121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B022D" w14:textId="5B577095" w:rsidR="007E0EE0" w:rsidRPr="00D8219D" w:rsidRDefault="00000000">
      <w:pPr>
        <w:jc w:val="center"/>
        <w:rPr>
          <w:lang w:val="it-IT"/>
        </w:rPr>
      </w:pPr>
      <w:r w:rsidRPr="00D8219D">
        <w:rPr>
          <w:b/>
          <w:sz w:val="22"/>
          <w:lang w:val="it-IT"/>
        </w:rPr>
        <w:t>COMUNE DI CARLOFORTE</w:t>
      </w:r>
    </w:p>
    <w:p w14:paraId="5F2F4021" w14:textId="77777777" w:rsidR="007E0EE0" w:rsidRPr="00D8219D" w:rsidRDefault="00000000">
      <w:pPr>
        <w:jc w:val="center"/>
        <w:rPr>
          <w:lang w:val="it-IT"/>
        </w:rPr>
      </w:pPr>
      <w:r w:rsidRPr="00D8219D">
        <w:rPr>
          <w:lang w:val="it-IT"/>
        </w:rPr>
        <w:t>Provincia del Sulcis Iglesiente</w:t>
      </w:r>
    </w:p>
    <w:p w14:paraId="32BC0C47" w14:textId="77777777" w:rsidR="007E0EE0" w:rsidRPr="00D8219D" w:rsidRDefault="00000000">
      <w:pPr>
        <w:spacing w:after="160"/>
        <w:jc w:val="center"/>
        <w:rPr>
          <w:lang w:val="it-IT"/>
        </w:rPr>
      </w:pPr>
      <w:r w:rsidRPr="00D8219D">
        <w:rPr>
          <w:b/>
          <w:lang w:val="it-IT"/>
        </w:rPr>
        <w:t>CANONI PER L’UTILIZZO DEGLI IMPIANTI SPORTIVI COMUNALI – STAGIONE SPORTIVA 2025/2026</w:t>
      </w:r>
    </w:p>
    <w:p w14:paraId="732FD4E9" w14:textId="77777777" w:rsidR="007E0EE0" w:rsidRPr="00D8219D" w:rsidRDefault="00000000">
      <w:pPr>
        <w:rPr>
          <w:lang w:val="it-IT"/>
        </w:rPr>
      </w:pPr>
      <w:r w:rsidRPr="00D8219D">
        <w:rPr>
          <w:lang w:val="it-IT"/>
        </w:rPr>
        <w:t>Prospetto delle risultanze istruttorie e degli importi definitivamente dovuti.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3969"/>
        <w:gridCol w:w="4819"/>
        <w:gridCol w:w="2268"/>
        <w:gridCol w:w="1984"/>
      </w:tblGrid>
      <w:tr w:rsidR="007E0EE0" w14:paraId="33BBB2E4" w14:textId="77777777">
        <w:trPr>
          <w:tblHeader/>
          <w:jc w:val="center"/>
        </w:trPr>
        <w:tc>
          <w:tcPr>
            <w:tcW w:w="567" w:type="dxa"/>
            <w:vAlign w:val="center"/>
          </w:tcPr>
          <w:p w14:paraId="0D07D5AD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N.</w:t>
            </w:r>
          </w:p>
        </w:tc>
        <w:tc>
          <w:tcPr>
            <w:tcW w:w="3969" w:type="dxa"/>
            <w:vAlign w:val="center"/>
          </w:tcPr>
          <w:p w14:paraId="009CF809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Associazione / Società Sportiva</w:t>
            </w:r>
          </w:p>
        </w:tc>
        <w:tc>
          <w:tcPr>
            <w:tcW w:w="4819" w:type="dxa"/>
            <w:vAlign w:val="center"/>
          </w:tcPr>
          <w:p w14:paraId="20E42EDD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Struttura utilizzata</w:t>
            </w:r>
          </w:p>
        </w:tc>
        <w:tc>
          <w:tcPr>
            <w:tcW w:w="2268" w:type="dxa"/>
            <w:vAlign w:val="center"/>
          </w:tcPr>
          <w:p w14:paraId="6CE69399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Riduzione riconosciuta</w:t>
            </w:r>
          </w:p>
        </w:tc>
        <w:tc>
          <w:tcPr>
            <w:tcW w:w="1984" w:type="dxa"/>
            <w:vAlign w:val="center"/>
          </w:tcPr>
          <w:p w14:paraId="64B94C94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Canone dovuto</w:t>
            </w:r>
          </w:p>
        </w:tc>
      </w:tr>
      <w:tr w:rsidR="007E0EE0" w14:paraId="4624120B" w14:textId="77777777">
        <w:trPr>
          <w:jc w:val="center"/>
        </w:trPr>
        <w:tc>
          <w:tcPr>
            <w:tcW w:w="567" w:type="dxa"/>
            <w:vAlign w:val="center"/>
          </w:tcPr>
          <w:p w14:paraId="42CAA899" w14:textId="77777777" w:rsidR="007E0EE0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73B2D244" w14:textId="77777777" w:rsidR="007E0EE0" w:rsidRDefault="00000000">
            <w:pPr>
              <w:jc w:val="left"/>
            </w:pPr>
            <w:r>
              <w:rPr>
                <w:sz w:val="18"/>
              </w:rPr>
              <w:t>Scuola "Tao Chuan"</w:t>
            </w:r>
          </w:p>
        </w:tc>
        <w:tc>
          <w:tcPr>
            <w:tcW w:w="4819" w:type="dxa"/>
            <w:vAlign w:val="center"/>
          </w:tcPr>
          <w:p w14:paraId="2E396EFE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Aula Magna Ex Istituto Magistrale</w:t>
            </w:r>
          </w:p>
        </w:tc>
        <w:tc>
          <w:tcPr>
            <w:tcW w:w="2268" w:type="dxa"/>
            <w:vAlign w:val="center"/>
          </w:tcPr>
          <w:p w14:paraId="6C63DC83" w14:textId="77777777" w:rsidR="007E0EE0" w:rsidRDefault="00000000">
            <w:pPr>
              <w:jc w:val="center"/>
            </w:pPr>
            <w:r>
              <w:rPr>
                <w:sz w:val="18"/>
              </w:rPr>
              <w:t>10%</w:t>
            </w:r>
          </w:p>
        </w:tc>
        <w:tc>
          <w:tcPr>
            <w:tcW w:w="1984" w:type="dxa"/>
            <w:vAlign w:val="center"/>
          </w:tcPr>
          <w:p w14:paraId="4E0F906A" w14:textId="77777777" w:rsidR="007E0EE0" w:rsidRDefault="00000000">
            <w:pPr>
              <w:jc w:val="center"/>
            </w:pPr>
            <w:r>
              <w:rPr>
                <w:sz w:val="18"/>
              </w:rPr>
              <w:t>€ 239,00</w:t>
            </w:r>
          </w:p>
        </w:tc>
      </w:tr>
      <w:tr w:rsidR="007E0EE0" w14:paraId="3312E8F4" w14:textId="77777777">
        <w:trPr>
          <w:jc w:val="center"/>
        </w:trPr>
        <w:tc>
          <w:tcPr>
            <w:tcW w:w="567" w:type="dxa"/>
            <w:vAlign w:val="center"/>
          </w:tcPr>
          <w:p w14:paraId="70D4FA2C" w14:textId="77777777" w:rsidR="007E0EE0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358E6372" w14:textId="77777777" w:rsidR="007E0EE0" w:rsidRDefault="00000000">
            <w:pPr>
              <w:jc w:val="left"/>
            </w:pPr>
            <w:r>
              <w:rPr>
                <w:sz w:val="18"/>
              </w:rPr>
              <w:t>ASD Arco Club Portoscuso</w:t>
            </w:r>
          </w:p>
        </w:tc>
        <w:tc>
          <w:tcPr>
            <w:tcW w:w="4819" w:type="dxa"/>
            <w:vAlign w:val="center"/>
          </w:tcPr>
          <w:p w14:paraId="3289D0D3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Aula Magna Ex Istituto Magistrale</w:t>
            </w:r>
          </w:p>
        </w:tc>
        <w:tc>
          <w:tcPr>
            <w:tcW w:w="2268" w:type="dxa"/>
            <w:vAlign w:val="center"/>
          </w:tcPr>
          <w:p w14:paraId="6C1D0245" w14:textId="77777777" w:rsidR="007E0EE0" w:rsidRDefault="00000000">
            <w:pPr>
              <w:jc w:val="center"/>
            </w:pPr>
            <w:r>
              <w:rPr>
                <w:sz w:val="18"/>
              </w:rPr>
              <w:t>50%</w:t>
            </w:r>
          </w:p>
        </w:tc>
        <w:tc>
          <w:tcPr>
            <w:tcW w:w="1984" w:type="dxa"/>
            <w:vAlign w:val="center"/>
          </w:tcPr>
          <w:p w14:paraId="2FED062E" w14:textId="77777777" w:rsidR="007E0EE0" w:rsidRDefault="00000000">
            <w:pPr>
              <w:jc w:val="center"/>
            </w:pPr>
            <w:r>
              <w:rPr>
                <w:sz w:val="18"/>
              </w:rPr>
              <w:t>€ 87,00</w:t>
            </w:r>
          </w:p>
        </w:tc>
      </w:tr>
      <w:tr w:rsidR="007E0EE0" w14:paraId="27CE64B2" w14:textId="77777777">
        <w:trPr>
          <w:jc w:val="center"/>
        </w:trPr>
        <w:tc>
          <w:tcPr>
            <w:tcW w:w="567" w:type="dxa"/>
            <w:vAlign w:val="center"/>
          </w:tcPr>
          <w:p w14:paraId="777FB519" w14:textId="77777777" w:rsidR="007E0EE0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795385D3" w14:textId="77777777" w:rsidR="007E0EE0" w:rsidRDefault="00000000">
            <w:pPr>
              <w:jc w:val="left"/>
            </w:pPr>
            <w:r>
              <w:rPr>
                <w:sz w:val="18"/>
              </w:rPr>
              <w:t>ASD Fenice Dance</w:t>
            </w:r>
          </w:p>
        </w:tc>
        <w:tc>
          <w:tcPr>
            <w:tcW w:w="4819" w:type="dxa"/>
            <w:vAlign w:val="center"/>
          </w:tcPr>
          <w:p w14:paraId="1441F8B3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Aula Magna Ex Istituto Magistrale</w:t>
            </w:r>
          </w:p>
        </w:tc>
        <w:tc>
          <w:tcPr>
            <w:tcW w:w="2268" w:type="dxa"/>
            <w:vAlign w:val="center"/>
          </w:tcPr>
          <w:p w14:paraId="41EEA70C" w14:textId="77777777" w:rsidR="007E0EE0" w:rsidRDefault="00000000">
            <w:pPr>
              <w:jc w:val="center"/>
            </w:pPr>
            <w:proofErr w:type="spellStart"/>
            <w:r>
              <w:rPr>
                <w:sz w:val="18"/>
              </w:rPr>
              <w:t>Nessuna</w:t>
            </w:r>
            <w:proofErr w:type="spellEnd"/>
          </w:p>
        </w:tc>
        <w:tc>
          <w:tcPr>
            <w:tcW w:w="1984" w:type="dxa"/>
            <w:vAlign w:val="center"/>
          </w:tcPr>
          <w:p w14:paraId="7B8B3DCA" w14:textId="77777777" w:rsidR="007E0EE0" w:rsidRDefault="00000000">
            <w:pPr>
              <w:jc w:val="center"/>
            </w:pPr>
            <w:r>
              <w:rPr>
                <w:sz w:val="18"/>
              </w:rPr>
              <w:t>€ 690,00</w:t>
            </w:r>
          </w:p>
        </w:tc>
      </w:tr>
      <w:tr w:rsidR="007E0EE0" w14:paraId="1676E37D" w14:textId="77777777">
        <w:trPr>
          <w:jc w:val="center"/>
        </w:trPr>
        <w:tc>
          <w:tcPr>
            <w:tcW w:w="567" w:type="dxa"/>
            <w:vAlign w:val="center"/>
          </w:tcPr>
          <w:p w14:paraId="33F9D350" w14:textId="77777777" w:rsidR="007E0EE0" w:rsidRDefault="00000000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3969" w:type="dxa"/>
            <w:vAlign w:val="center"/>
          </w:tcPr>
          <w:p w14:paraId="122C64F4" w14:textId="77777777" w:rsidR="007E0EE0" w:rsidRDefault="00000000">
            <w:pPr>
              <w:jc w:val="left"/>
            </w:pPr>
            <w:r>
              <w:rPr>
                <w:sz w:val="18"/>
              </w:rPr>
              <w:t>ASD FURYU - Aiki Dojo</w:t>
            </w:r>
          </w:p>
        </w:tc>
        <w:tc>
          <w:tcPr>
            <w:tcW w:w="4819" w:type="dxa"/>
            <w:vAlign w:val="center"/>
          </w:tcPr>
          <w:p w14:paraId="4C29A3A8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Aula Magna Ex Istituto Magistrale</w:t>
            </w:r>
          </w:p>
        </w:tc>
        <w:tc>
          <w:tcPr>
            <w:tcW w:w="2268" w:type="dxa"/>
            <w:vAlign w:val="center"/>
          </w:tcPr>
          <w:p w14:paraId="747834A7" w14:textId="77777777" w:rsidR="007E0EE0" w:rsidRDefault="00000000">
            <w:pPr>
              <w:jc w:val="center"/>
            </w:pPr>
            <w:r>
              <w:rPr>
                <w:sz w:val="18"/>
              </w:rPr>
              <w:t>40%</w:t>
            </w:r>
          </w:p>
        </w:tc>
        <w:tc>
          <w:tcPr>
            <w:tcW w:w="1984" w:type="dxa"/>
            <w:vAlign w:val="center"/>
          </w:tcPr>
          <w:p w14:paraId="4288D597" w14:textId="77777777" w:rsidR="007E0EE0" w:rsidRDefault="00000000">
            <w:pPr>
              <w:jc w:val="center"/>
            </w:pPr>
            <w:r>
              <w:rPr>
                <w:sz w:val="18"/>
              </w:rPr>
              <w:t>€ 199,00</w:t>
            </w:r>
          </w:p>
        </w:tc>
      </w:tr>
      <w:tr w:rsidR="007E0EE0" w14:paraId="6BD72CD7" w14:textId="77777777">
        <w:trPr>
          <w:jc w:val="center"/>
        </w:trPr>
        <w:tc>
          <w:tcPr>
            <w:tcW w:w="567" w:type="dxa"/>
            <w:vAlign w:val="center"/>
          </w:tcPr>
          <w:p w14:paraId="6A01FFE2" w14:textId="77777777" w:rsidR="007E0EE0" w:rsidRDefault="00000000"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969" w:type="dxa"/>
            <w:vAlign w:val="center"/>
          </w:tcPr>
          <w:p w14:paraId="69C27A42" w14:textId="77777777" w:rsidR="007E0EE0" w:rsidRDefault="00000000">
            <w:pPr>
              <w:jc w:val="left"/>
            </w:pPr>
            <w:r>
              <w:rPr>
                <w:sz w:val="18"/>
              </w:rPr>
              <w:t>Global Fitness</w:t>
            </w:r>
          </w:p>
        </w:tc>
        <w:tc>
          <w:tcPr>
            <w:tcW w:w="4819" w:type="dxa"/>
            <w:vAlign w:val="center"/>
          </w:tcPr>
          <w:p w14:paraId="64D92B2A" w14:textId="77777777" w:rsidR="007E0EE0" w:rsidRDefault="00000000">
            <w:pPr>
              <w:jc w:val="left"/>
            </w:pPr>
            <w:r>
              <w:rPr>
                <w:sz w:val="18"/>
              </w:rPr>
              <w:t>Ex Refettorio Scuola Media</w:t>
            </w:r>
          </w:p>
        </w:tc>
        <w:tc>
          <w:tcPr>
            <w:tcW w:w="2268" w:type="dxa"/>
            <w:vAlign w:val="center"/>
          </w:tcPr>
          <w:p w14:paraId="7A59C764" w14:textId="77777777" w:rsidR="007E0EE0" w:rsidRDefault="00000000">
            <w:pPr>
              <w:jc w:val="center"/>
            </w:pPr>
            <w:r>
              <w:rPr>
                <w:sz w:val="18"/>
              </w:rPr>
              <w:t>Nessuna</w:t>
            </w:r>
          </w:p>
        </w:tc>
        <w:tc>
          <w:tcPr>
            <w:tcW w:w="1984" w:type="dxa"/>
            <w:vAlign w:val="center"/>
          </w:tcPr>
          <w:p w14:paraId="61433F10" w14:textId="77777777" w:rsidR="007E0EE0" w:rsidRDefault="00000000">
            <w:pPr>
              <w:jc w:val="center"/>
            </w:pPr>
            <w:r>
              <w:rPr>
                <w:sz w:val="18"/>
              </w:rPr>
              <w:t>€ 179,00</w:t>
            </w:r>
          </w:p>
        </w:tc>
      </w:tr>
      <w:tr w:rsidR="007E0EE0" w14:paraId="0507DE4D" w14:textId="77777777">
        <w:trPr>
          <w:jc w:val="center"/>
        </w:trPr>
        <w:tc>
          <w:tcPr>
            <w:tcW w:w="567" w:type="dxa"/>
            <w:vAlign w:val="center"/>
          </w:tcPr>
          <w:p w14:paraId="38E020C1" w14:textId="77777777" w:rsidR="007E0EE0" w:rsidRDefault="00000000"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w="3969" w:type="dxa"/>
            <w:vAlign w:val="center"/>
          </w:tcPr>
          <w:p w14:paraId="09554E47" w14:textId="77777777" w:rsidR="007E0EE0" w:rsidRDefault="00000000">
            <w:pPr>
              <w:jc w:val="left"/>
            </w:pPr>
            <w:r>
              <w:rPr>
                <w:sz w:val="18"/>
              </w:rPr>
              <w:t>ASD Club Fit Dance Fitness</w:t>
            </w:r>
          </w:p>
        </w:tc>
        <w:tc>
          <w:tcPr>
            <w:tcW w:w="4819" w:type="dxa"/>
            <w:vAlign w:val="center"/>
          </w:tcPr>
          <w:p w14:paraId="28A8BC2E" w14:textId="77777777" w:rsidR="007E0EE0" w:rsidRDefault="00000000">
            <w:pPr>
              <w:jc w:val="left"/>
            </w:pPr>
            <w:r>
              <w:rPr>
                <w:sz w:val="18"/>
              </w:rPr>
              <w:t>Ex Refettorio Scuola Media</w:t>
            </w:r>
          </w:p>
        </w:tc>
        <w:tc>
          <w:tcPr>
            <w:tcW w:w="2268" w:type="dxa"/>
            <w:vAlign w:val="center"/>
          </w:tcPr>
          <w:p w14:paraId="6C480800" w14:textId="77777777" w:rsidR="007E0EE0" w:rsidRDefault="00000000">
            <w:pPr>
              <w:jc w:val="center"/>
            </w:pPr>
            <w:r>
              <w:rPr>
                <w:sz w:val="18"/>
              </w:rPr>
              <w:t>Nessuna</w:t>
            </w:r>
          </w:p>
        </w:tc>
        <w:tc>
          <w:tcPr>
            <w:tcW w:w="1984" w:type="dxa"/>
            <w:vAlign w:val="center"/>
          </w:tcPr>
          <w:p w14:paraId="2267D94B" w14:textId="77777777" w:rsidR="007E0EE0" w:rsidRDefault="00000000">
            <w:pPr>
              <w:jc w:val="center"/>
            </w:pPr>
            <w:r>
              <w:rPr>
                <w:sz w:val="18"/>
              </w:rPr>
              <w:t>€ 67,00</w:t>
            </w:r>
          </w:p>
        </w:tc>
      </w:tr>
      <w:tr w:rsidR="007E0EE0" w14:paraId="51EED9F9" w14:textId="77777777">
        <w:trPr>
          <w:jc w:val="center"/>
        </w:trPr>
        <w:tc>
          <w:tcPr>
            <w:tcW w:w="567" w:type="dxa"/>
            <w:vAlign w:val="center"/>
          </w:tcPr>
          <w:p w14:paraId="19E7F176" w14:textId="77777777" w:rsidR="007E0EE0" w:rsidRDefault="00000000">
            <w:pPr>
              <w:jc w:val="center"/>
            </w:pPr>
            <w:r>
              <w:rPr>
                <w:sz w:val="18"/>
              </w:rPr>
              <w:t>7</w:t>
            </w:r>
          </w:p>
        </w:tc>
        <w:tc>
          <w:tcPr>
            <w:tcW w:w="3969" w:type="dxa"/>
            <w:vAlign w:val="center"/>
          </w:tcPr>
          <w:p w14:paraId="72270C43" w14:textId="77777777" w:rsidR="007E0EE0" w:rsidRDefault="00000000">
            <w:pPr>
              <w:jc w:val="left"/>
            </w:pPr>
            <w:r>
              <w:rPr>
                <w:sz w:val="18"/>
              </w:rPr>
              <w:t>ASD Indoor Cycling Carloforte</w:t>
            </w:r>
          </w:p>
        </w:tc>
        <w:tc>
          <w:tcPr>
            <w:tcW w:w="4819" w:type="dxa"/>
            <w:vAlign w:val="center"/>
          </w:tcPr>
          <w:p w14:paraId="5F0E62B8" w14:textId="77777777" w:rsidR="007E0EE0" w:rsidRDefault="00000000">
            <w:pPr>
              <w:jc w:val="left"/>
            </w:pPr>
            <w:r>
              <w:rPr>
                <w:sz w:val="18"/>
              </w:rPr>
              <w:t>Sala Ex Liceo</w:t>
            </w:r>
          </w:p>
        </w:tc>
        <w:tc>
          <w:tcPr>
            <w:tcW w:w="2268" w:type="dxa"/>
            <w:vAlign w:val="center"/>
          </w:tcPr>
          <w:p w14:paraId="45EE1AC3" w14:textId="77777777" w:rsidR="007E0EE0" w:rsidRDefault="00000000">
            <w:pPr>
              <w:jc w:val="center"/>
            </w:pPr>
            <w:r>
              <w:rPr>
                <w:sz w:val="18"/>
              </w:rPr>
              <w:t>Nessuna</w:t>
            </w:r>
          </w:p>
        </w:tc>
        <w:tc>
          <w:tcPr>
            <w:tcW w:w="1984" w:type="dxa"/>
            <w:vAlign w:val="center"/>
          </w:tcPr>
          <w:p w14:paraId="5A859696" w14:textId="77777777" w:rsidR="007E0EE0" w:rsidRDefault="00000000">
            <w:pPr>
              <w:jc w:val="center"/>
            </w:pPr>
            <w:r>
              <w:rPr>
                <w:sz w:val="18"/>
              </w:rPr>
              <w:t>€ 175,00</w:t>
            </w:r>
          </w:p>
        </w:tc>
      </w:tr>
      <w:tr w:rsidR="007E0EE0" w14:paraId="46EAAA99" w14:textId="77777777">
        <w:trPr>
          <w:jc w:val="center"/>
        </w:trPr>
        <w:tc>
          <w:tcPr>
            <w:tcW w:w="567" w:type="dxa"/>
            <w:vAlign w:val="center"/>
          </w:tcPr>
          <w:p w14:paraId="532D0B5C" w14:textId="77777777" w:rsidR="007E0EE0" w:rsidRDefault="00000000">
            <w:pPr>
              <w:jc w:val="center"/>
            </w:pPr>
            <w:r>
              <w:rPr>
                <w:sz w:val="18"/>
              </w:rPr>
              <w:t>8</w:t>
            </w:r>
          </w:p>
        </w:tc>
        <w:tc>
          <w:tcPr>
            <w:tcW w:w="3969" w:type="dxa"/>
            <w:vAlign w:val="center"/>
          </w:tcPr>
          <w:p w14:paraId="0219A377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A.P.D. Carloforte - Sezione Volley</w:t>
            </w:r>
          </w:p>
        </w:tc>
        <w:tc>
          <w:tcPr>
            <w:tcW w:w="4819" w:type="dxa"/>
            <w:vAlign w:val="center"/>
          </w:tcPr>
          <w:p w14:paraId="2CA0B3F2" w14:textId="77777777" w:rsidR="007E0EE0" w:rsidRDefault="00000000">
            <w:pPr>
              <w:jc w:val="left"/>
            </w:pPr>
            <w:r>
              <w:rPr>
                <w:sz w:val="18"/>
              </w:rPr>
              <w:t xml:space="preserve">Palestra </w:t>
            </w:r>
            <w:proofErr w:type="spellStart"/>
            <w:r>
              <w:rPr>
                <w:sz w:val="18"/>
              </w:rPr>
              <w:t>Scuola</w:t>
            </w:r>
            <w:proofErr w:type="spellEnd"/>
            <w:r>
              <w:rPr>
                <w:sz w:val="18"/>
              </w:rPr>
              <w:t xml:space="preserve"> Materna</w:t>
            </w:r>
          </w:p>
        </w:tc>
        <w:tc>
          <w:tcPr>
            <w:tcW w:w="2268" w:type="dxa"/>
            <w:vAlign w:val="center"/>
          </w:tcPr>
          <w:p w14:paraId="2C2408BC" w14:textId="77777777" w:rsidR="007E0EE0" w:rsidRDefault="00000000">
            <w:pPr>
              <w:jc w:val="center"/>
            </w:pPr>
            <w:r>
              <w:rPr>
                <w:sz w:val="18"/>
              </w:rPr>
              <w:t>50%</w:t>
            </w:r>
          </w:p>
        </w:tc>
        <w:tc>
          <w:tcPr>
            <w:tcW w:w="1984" w:type="dxa"/>
            <w:vAlign w:val="center"/>
          </w:tcPr>
          <w:p w14:paraId="7D6FD927" w14:textId="77777777" w:rsidR="007E0EE0" w:rsidRDefault="00000000">
            <w:pPr>
              <w:jc w:val="center"/>
            </w:pPr>
            <w:r>
              <w:rPr>
                <w:sz w:val="18"/>
              </w:rPr>
              <w:t>€ 141,00</w:t>
            </w:r>
          </w:p>
        </w:tc>
      </w:tr>
      <w:tr w:rsidR="007E0EE0" w14:paraId="52C2E69F" w14:textId="77777777">
        <w:trPr>
          <w:jc w:val="center"/>
        </w:trPr>
        <w:tc>
          <w:tcPr>
            <w:tcW w:w="567" w:type="dxa"/>
            <w:vAlign w:val="center"/>
          </w:tcPr>
          <w:p w14:paraId="339F8C1F" w14:textId="77777777" w:rsidR="007E0EE0" w:rsidRDefault="00000000">
            <w:pPr>
              <w:jc w:val="center"/>
            </w:pPr>
            <w:r>
              <w:rPr>
                <w:sz w:val="18"/>
              </w:rPr>
              <w:t>9</w:t>
            </w:r>
          </w:p>
        </w:tc>
        <w:tc>
          <w:tcPr>
            <w:tcW w:w="3969" w:type="dxa"/>
            <w:vAlign w:val="center"/>
          </w:tcPr>
          <w:p w14:paraId="0ACF4141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A.P.D. Carloforte - Sezione Calcio Giovanile</w:t>
            </w:r>
          </w:p>
        </w:tc>
        <w:tc>
          <w:tcPr>
            <w:tcW w:w="4819" w:type="dxa"/>
            <w:vAlign w:val="center"/>
          </w:tcPr>
          <w:p w14:paraId="4C0712BC" w14:textId="77777777" w:rsidR="007E0EE0" w:rsidRDefault="00000000">
            <w:pPr>
              <w:jc w:val="left"/>
            </w:pPr>
            <w:r>
              <w:rPr>
                <w:sz w:val="18"/>
              </w:rPr>
              <w:t>Campo "Cav. Pietro Puggioni"</w:t>
            </w:r>
          </w:p>
        </w:tc>
        <w:tc>
          <w:tcPr>
            <w:tcW w:w="2268" w:type="dxa"/>
            <w:vAlign w:val="center"/>
          </w:tcPr>
          <w:p w14:paraId="46669202" w14:textId="77777777" w:rsidR="007E0EE0" w:rsidRDefault="00000000">
            <w:pPr>
              <w:jc w:val="center"/>
            </w:pPr>
            <w:r>
              <w:rPr>
                <w:sz w:val="18"/>
              </w:rPr>
              <w:t>50%</w:t>
            </w:r>
          </w:p>
        </w:tc>
        <w:tc>
          <w:tcPr>
            <w:tcW w:w="1984" w:type="dxa"/>
            <w:vAlign w:val="center"/>
          </w:tcPr>
          <w:p w14:paraId="67FC3D27" w14:textId="77777777" w:rsidR="007E0EE0" w:rsidRDefault="00000000">
            <w:pPr>
              <w:jc w:val="center"/>
            </w:pPr>
            <w:r>
              <w:rPr>
                <w:sz w:val="18"/>
              </w:rPr>
              <w:t>€ 1.830,00</w:t>
            </w:r>
          </w:p>
        </w:tc>
      </w:tr>
      <w:tr w:rsidR="007E0EE0" w14:paraId="78666361" w14:textId="77777777">
        <w:trPr>
          <w:jc w:val="center"/>
        </w:trPr>
        <w:tc>
          <w:tcPr>
            <w:tcW w:w="567" w:type="dxa"/>
            <w:vAlign w:val="center"/>
          </w:tcPr>
          <w:p w14:paraId="1A16395B" w14:textId="77777777" w:rsidR="007E0EE0" w:rsidRDefault="00000000">
            <w:pPr>
              <w:jc w:val="center"/>
            </w:pPr>
            <w:r>
              <w:rPr>
                <w:sz w:val="18"/>
              </w:rPr>
              <w:t>10</w:t>
            </w:r>
          </w:p>
        </w:tc>
        <w:tc>
          <w:tcPr>
            <w:tcW w:w="3969" w:type="dxa"/>
            <w:vAlign w:val="center"/>
          </w:tcPr>
          <w:p w14:paraId="61A3187F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A.P.D. Carloforte - Calcio a 5</w:t>
            </w:r>
          </w:p>
        </w:tc>
        <w:tc>
          <w:tcPr>
            <w:tcW w:w="4819" w:type="dxa"/>
            <w:vAlign w:val="center"/>
          </w:tcPr>
          <w:p w14:paraId="48EFA211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Campo calcio a 5 - Cittadella Sportiva "Il Giunco"</w:t>
            </w:r>
          </w:p>
        </w:tc>
        <w:tc>
          <w:tcPr>
            <w:tcW w:w="2268" w:type="dxa"/>
            <w:vAlign w:val="center"/>
          </w:tcPr>
          <w:p w14:paraId="2C294F87" w14:textId="77777777" w:rsidR="007E0EE0" w:rsidRDefault="00000000">
            <w:pPr>
              <w:jc w:val="center"/>
            </w:pPr>
            <w:r>
              <w:rPr>
                <w:sz w:val="18"/>
              </w:rPr>
              <w:t>50%</w:t>
            </w:r>
          </w:p>
        </w:tc>
        <w:tc>
          <w:tcPr>
            <w:tcW w:w="1984" w:type="dxa"/>
            <w:vAlign w:val="center"/>
          </w:tcPr>
          <w:p w14:paraId="47DCB05B" w14:textId="77777777" w:rsidR="007E0EE0" w:rsidRDefault="00000000">
            <w:pPr>
              <w:jc w:val="center"/>
            </w:pPr>
            <w:r>
              <w:rPr>
                <w:sz w:val="18"/>
              </w:rPr>
              <w:t>€ 600,00</w:t>
            </w:r>
          </w:p>
        </w:tc>
      </w:tr>
      <w:tr w:rsidR="007E0EE0" w14:paraId="79220E75" w14:textId="77777777">
        <w:trPr>
          <w:jc w:val="center"/>
        </w:trPr>
        <w:tc>
          <w:tcPr>
            <w:tcW w:w="567" w:type="dxa"/>
            <w:vAlign w:val="center"/>
          </w:tcPr>
          <w:p w14:paraId="0AFF75A8" w14:textId="77777777" w:rsidR="007E0EE0" w:rsidRDefault="00000000">
            <w:pPr>
              <w:jc w:val="center"/>
            </w:pPr>
            <w:r>
              <w:rPr>
                <w:sz w:val="18"/>
              </w:rPr>
              <w:t>11</w:t>
            </w:r>
          </w:p>
        </w:tc>
        <w:tc>
          <w:tcPr>
            <w:tcW w:w="3969" w:type="dxa"/>
            <w:vAlign w:val="center"/>
          </w:tcPr>
          <w:p w14:paraId="0551536D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A.P.D. Carloforte - Sezione Tennis</w:t>
            </w:r>
          </w:p>
        </w:tc>
        <w:tc>
          <w:tcPr>
            <w:tcW w:w="4819" w:type="dxa"/>
            <w:vAlign w:val="center"/>
          </w:tcPr>
          <w:p w14:paraId="1BFA2237" w14:textId="77777777" w:rsidR="007E0EE0" w:rsidRPr="00D8219D" w:rsidRDefault="00000000">
            <w:pPr>
              <w:jc w:val="left"/>
              <w:rPr>
                <w:lang w:val="it-IT"/>
              </w:rPr>
            </w:pPr>
            <w:r w:rsidRPr="00D8219D">
              <w:rPr>
                <w:sz w:val="18"/>
                <w:lang w:val="it-IT"/>
              </w:rPr>
              <w:t>Campi Tennis - Cittadella Sportiva "Il Giunco"</w:t>
            </w:r>
          </w:p>
        </w:tc>
        <w:tc>
          <w:tcPr>
            <w:tcW w:w="2268" w:type="dxa"/>
            <w:vAlign w:val="center"/>
          </w:tcPr>
          <w:p w14:paraId="65FF527F" w14:textId="77777777" w:rsidR="007E0EE0" w:rsidRDefault="00000000">
            <w:pPr>
              <w:jc w:val="center"/>
            </w:pPr>
            <w:proofErr w:type="spellStart"/>
            <w:r>
              <w:rPr>
                <w:sz w:val="18"/>
              </w:rPr>
              <w:t>Nessuna</w:t>
            </w:r>
            <w:proofErr w:type="spellEnd"/>
          </w:p>
        </w:tc>
        <w:tc>
          <w:tcPr>
            <w:tcW w:w="1984" w:type="dxa"/>
            <w:vAlign w:val="center"/>
          </w:tcPr>
          <w:p w14:paraId="0F0CCD06" w14:textId="77777777" w:rsidR="007E0EE0" w:rsidRDefault="00000000">
            <w:pPr>
              <w:jc w:val="center"/>
            </w:pPr>
            <w:r>
              <w:rPr>
                <w:sz w:val="18"/>
              </w:rPr>
              <w:t>€ 1.200,00</w:t>
            </w:r>
          </w:p>
        </w:tc>
      </w:tr>
      <w:tr w:rsidR="007E0EE0" w14:paraId="614F00BD" w14:textId="77777777">
        <w:trPr>
          <w:jc w:val="center"/>
        </w:trPr>
        <w:tc>
          <w:tcPr>
            <w:tcW w:w="567" w:type="dxa"/>
            <w:vAlign w:val="center"/>
          </w:tcPr>
          <w:p w14:paraId="2A918FF2" w14:textId="77777777" w:rsidR="007E0EE0" w:rsidRDefault="00000000">
            <w:pPr>
              <w:jc w:val="center"/>
            </w:pPr>
            <w:r>
              <w:rPr>
                <w:sz w:val="18"/>
              </w:rPr>
              <w:t>12</w:t>
            </w:r>
          </w:p>
        </w:tc>
        <w:tc>
          <w:tcPr>
            <w:tcW w:w="3969" w:type="dxa"/>
            <w:vAlign w:val="center"/>
          </w:tcPr>
          <w:p w14:paraId="2D4C110E" w14:textId="77777777" w:rsidR="007E0EE0" w:rsidRDefault="00000000">
            <w:pPr>
              <w:jc w:val="left"/>
            </w:pPr>
            <w:r>
              <w:rPr>
                <w:sz w:val="18"/>
              </w:rPr>
              <w:t>Centro Giovanile Pallacanestro Carloforte</w:t>
            </w:r>
          </w:p>
        </w:tc>
        <w:tc>
          <w:tcPr>
            <w:tcW w:w="4819" w:type="dxa"/>
            <w:vAlign w:val="center"/>
          </w:tcPr>
          <w:p w14:paraId="5A370D44" w14:textId="77777777" w:rsidR="007E0EE0" w:rsidRDefault="00000000">
            <w:pPr>
              <w:jc w:val="left"/>
            </w:pPr>
            <w:r>
              <w:rPr>
                <w:sz w:val="18"/>
              </w:rPr>
              <w:t>Palestra Scuola Materna</w:t>
            </w:r>
          </w:p>
        </w:tc>
        <w:tc>
          <w:tcPr>
            <w:tcW w:w="2268" w:type="dxa"/>
            <w:vAlign w:val="center"/>
          </w:tcPr>
          <w:p w14:paraId="0D04D8FA" w14:textId="77777777" w:rsidR="007E0EE0" w:rsidRDefault="00000000">
            <w:pPr>
              <w:jc w:val="center"/>
            </w:pPr>
            <w:r>
              <w:rPr>
                <w:sz w:val="18"/>
              </w:rPr>
              <w:t>50%</w:t>
            </w:r>
          </w:p>
        </w:tc>
        <w:tc>
          <w:tcPr>
            <w:tcW w:w="1984" w:type="dxa"/>
            <w:vAlign w:val="center"/>
          </w:tcPr>
          <w:p w14:paraId="0E04982F" w14:textId="77777777" w:rsidR="007E0EE0" w:rsidRDefault="00000000">
            <w:pPr>
              <w:jc w:val="center"/>
            </w:pPr>
            <w:r>
              <w:rPr>
                <w:sz w:val="18"/>
              </w:rPr>
              <w:t>€ 84,00</w:t>
            </w:r>
          </w:p>
        </w:tc>
      </w:tr>
      <w:tr w:rsidR="007E0EE0" w14:paraId="2B22CEA9" w14:textId="77777777">
        <w:trPr>
          <w:jc w:val="center"/>
        </w:trPr>
        <w:tc>
          <w:tcPr>
            <w:tcW w:w="567" w:type="dxa"/>
            <w:vAlign w:val="center"/>
          </w:tcPr>
          <w:p w14:paraId="2EDC3F4F" w14:textId="77777777" w:rsidR="007E0EE0" w:rsidRDefault="00000000">
            <w:pPr>
              <w:jc w:val="center"/>
            </w:pPr>
            <w:r>
              <w:rPr>
                <w:sz w:val="18"/>
              </w:rPr>
              <w:t>13</w:t>
            </w:r>
          </w:p>
        </w:tc>
        <w:tc>
          <w:tcPr>
            <w:tcW w:w="3969" w:type="dxa"/>
            <w:vAlign w:val="center"/>
          </w:tcPr>
          <w:p w14:paraId="52757BB6" w14:textId="77777777" w:rsidR="007E0EE0" w:rsidRDefault="00000000">
            <w:pPr>
              <w:jc w:val="left"/>
            </w:pPr>
            <w:r>
              <w:rPr>
                <w:sz w:val="18"/>
              </w:rPr>
              <w:t>Centro Giovanile Pallacanestro Carloforte</w:t>
            </w:r>
          </w:p>
        </w:tc>
        <w:tc>
          <w:tcPr>
            <w:tcW w:w="4819" w:type="dxa"/>
            <w:vAlign w:val="center"/>
          </w:tcPr>
          <w:p w14:paraId="0017CFEF" w14:textId="77777777" w:rsidR="007E0EE0" w:rsidRDefault="00000000">
            <w:pPr>
              <w:jc w:val="left"/>
            </w:pPr>
            <w:r>
              <w:rPr>
                <w:sz w:val="18"/>
              </w:rPr>
              <w:t>Palestra Coperta Scuola Media</w:t>
            </w:r>
          </w:p>
        </w:tc>
        <w:tc>
          <w:tcPr>
            <w:tcW w:w="2268" w:type="dxa"/>
            <w:vAlign w:val="center"/>
          </w:tcPr>
          <w:p w14:paraId="2C90BCFF" w14:textId="77777777" w:rsidR="007E0EE0" w:rsidRDefault="00000000">
            <w:pPr>
              <w:jc w:val="center"/>
            </w:pPr>
            <w:r>
              <w:rPr>
                <w:sz w:val="18"/>
              </w:rPr>
              <w:t>50%</w:t>
            </w:r>
          </w:p>
        </w:tc>
        <w:tc>
          <w:tcPr>
            <w:tcW w:w="1984" w:type="dxa"/>
            <w:vAlign w:val="center"/>
          </w:tcPr>
          <w:p w14:paraId="47AF4CD1" w14:textId="77777777" w:rsidR="007E0EE0" w:rsidRDefault="00000000">
            <w:pPr>
              <w:jc w:val="center"/>
            </w:pPr>
            <w:r>
              <w:rPr>
                <w:sz w:val="18"/>
              </w:rPr>
              <w:t>€ 815,00</w:t>
            </w:r>
          </w:p>
        </w:tc>
      </w:tr>
      <w:tr w:rsidR="007E0EE0" w14:paraId="5C1D28DF" w14:textId="77777777">
        <w:trPr>
          <w:jc w:val="center"/>
        </w:trPr>
        <w:tc>
          <w:tcPr>
            <w:tcW w:w="567" w:type="dxa"/>
            <w:vAlign w:val="center"/>
          </w:tcPr>
          <w:p w14:paraId="715EEFF9" w14:textId="77777777" w:rsidR="007E0EE0" w:rsidRDefault="00000000">
            <w:pPr>
              <w:jc w:val="center"/>
            </w:pPr>
            <w:r>
              <w:rPr>
                <w:sz w:val="18"/>
              </w:rPr>
              <w:t>14</w:t>
            </w:r>
          </w:p>
        </w:tc>
        <w:tc>
          <w:tcPr>
            <w:tcW w:w="3969" w:type="dxa"/>
            <w:vAlign w:val="center"/>
          </w:tcPr>
          <w:p w14:paraId="622927B4" w14:textId="77777777" w:rsidR="007E0EE0" w:rsidRDefault="00000000">
            <w:pPr>
              <w:jc w:val="left"/>
            </w:pPr>
            <w:r>
              <w:rPr>
                <w:sz w:val="18"/>
              </w:rPr>
              <w:t>ASD Verde Isola</w:t>
            </w:r>
          </w:p>
        </w:tc>
        <w:tc>
          <w:tcPr>
            <w:tcW w:w="4819" w:type="dxa"/>
            <w:vAlign w:val="center"/>
          </w:tcPr>
          <w:p w14:paraId="5FE51528" w14:textId="77777777" w:rsidR="007E0EE0" w:rsidRDefault="00000000">
            <w:pPr>
              <w:jc w:val="left"/>
            </w:pPr>
            <w:r>
              <w:rPr>
                <w:sz w:val="18"/>
              </w:rPr>
              <w:t>Campo "Cav. Pietro Puggioni"</w:t>
            </w:r>
          </w:p>
        </w:tc>
        <w:tc>
          <w:tcPr>
            <w:tcW w:w="2268" w:type="dxa"/>
            <w:vAlign w:val="center"/>
          </w:tcPr>
          <w:p w14:paraId="72698787" w14:textId="77777777" w:rsidR="007E0EE0" w:rsidRDefault="00000000">
            <w:pPr>
              <w:jc w:val="center"/>
            </w:pPr>
            <w:r>
              <w:rPr>
                <w:sz w:val="18"/>
              </w:rPr>
              <w:t>10%</w:t>
            </w:r>
          </w:p>
        </w:tc>
        <w:tc>
          <w:tcPr>
            <w:tcW w:w="1984" w:type="dxa"/>
            <w:vAlign w:val="center"/>
          </w:tcPr>
          <w:p w14:paraId="55814ABD" w14:textId="77777777" w:rsidR="007E0EE0" w:rsidRDefault="00000000">
            <w:pPr>
              <w:jc w:val="center"/>
            </w:pPr>
            <w:r>
              <w:rPr>
                <w:sz w:val="18"/>
              </w:rPr>
              <w:t>€ 908,00</w:t>
            </w:r>
          </w:p>
        </w:tc>
      </w:tr>
      <w:tr w:rsidR="007E0EE0" w14:paraId="0B79A91E" w14:textId="77777777">
        <w:trPr>
          <w:jc w:val="center"/>
        </w:trPr>
        <w:tc>
          <w:tcPr>
            <w:tcW w:w="567" w:type="dxa"/>
            <w:vAlign w:val="center"/>
          </w:tcPr>
          <w:p w14:paraId="65B5E8A6" w14:textId="77777777" w:rsidR="007E0EE0" w:rsidRDefault="007E0EE0">
            <w:pPr>
              <w:jc w:val="left"/>
            </w:pPr>
          </w:p>
        </w:tc>
        <w:tc>
          <w:tcPr>
            <w:tcW w:w="3969" w:type="dxa"/>
            <w:vAlign w:val="center"/>
          </w:tcPr>
          <w:p w14:paraId="0EAB08E4" w14:textId="77777777" w:rsidR="007E0EE0" w:rsidRDefault="007E0EE0">
            <w:pPr>
              <w:jc w:val="left"/>
            </w:pPr>
          </w:p>
        </w:tc>
        <w:tc>
          <w:tcPr>
            <w:tcW w:w="4819" w:type="dxa"/>
            <w:vAlign w:val="center"/>
          </w:tcPr>
          <w:p w14:paraId="5280CB79" w14:textId="77777777" w:rsidR="007E0EE0" w:rsidRDefault="007E0EE0">
            <w:pPr>
              <w:jc w:val="left"/>
            </w:pPr>
          </w:p>
        </w:tc>
        <w:tc>
          <w:tcPr>
            <w:tcW w:w="2268" w:type="dxa"/>
            <w:vAlign w:val="center"/>
          </w:tcPr>
          <w:p w14:paraId="320AC716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TOTALE COMPLESSIVO</w:t>
            </w:r>
          </w:p>
        </w:tc>
        <w:tc>
          <w:tcPr>
            <w:tcW w:w="1984" w:type="dxa"/>
            <w:vAlign w:val="center"/>
          </w:tcPr>
          <w:p w14:paraId="62846092" w14:textId="77777777" w:rsidR="007E0EE0" w:rsidRDefault="00000000">
            <w:pPr>
              <w:jc w:val="center"/>
            </w:pPr>
            <w:r>
              <w:rPr>
                <w:b/>
                <w:sz w:val="18"/>
              </w:rPr>
              <w:t>€ 7.214,00</w:t>
            </w:r>
          </w:p>
        </w:tc>
      </w:tr>
    </w:tbl>
    <w:p w14:paraId="5559A2D6" w14:textId="77777777" w:rsidR="007E0EE0" w:rsidRPr="00D8219D" w:rsidRDefault="00000000">
      <w:pPr>
        <w:spacing w:before="160"/>
        <w:rPr>
          <w:lang w:val="it-IT"/>
        </w:rPr>
      </w:pPr>
      <w:r w:rsidRPr="00D8219D">
        <w:rPr>
          <w:b/>
          <w:sz w:val="18"/>
          <w:lang w:val="it-IT"/>
        </w:rPr>
        <w:t xml:space="preserve">Nota: </w:t>
      </w:r>
      <w:r w:rsidRPr="00D8219D">
        <w:rPr>
          <w:sz w:val="18"/>
          <w:lang w:val="it-IT"/>
        </w:rPr>
        <w:t>le riduzioni indicate sono quelle riconosciute dall’Ufficio Sport all’esito dell’istruttoria sulla documentazione prodotta dai soggetti interessati. Per A.P.D. Carloforte e Centro Giovanile Pallacanestro Carloforte il dettaglio per struttura confluisce nel rispettivo importo complessivo da accertare per singolo debitore.</w:t>
      </w:r>
    </w:p>
    <w:sectPr w:rsidR="007E0EE0" w:rsidRPr="00D8219D" w:rsidSect="00034616">
      <w:pgSz w:w="15840" w:h="12240" w:orient="landscape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36206963">
    <w:abstractNumId w:val="8"/>
  </w:num>
  <w:num w:numId="2" w16cid:durableId="422654230">
    <w:abstractNumId w:val="6"/>
  </w:num>
  <w:num w:numId="3" w16cid:durableId="1283270128">
    <w:abstractNumId w:val="5"/>
  </w:num>
  <w:num w:numId="4" w16cid:durableId="1920795004">
    <w:abstractNumId w:val="4"/>
  </w:num>
  <w:num w:numId="5" w16cid:durableId="12192289">
    <w:abstractNumId w:val="7"/>
  </w:num>
  <w:num w:numId="6" w16cid:durableId="2144543669">
    <w:abstractNumId w:val="3"/>
  </w:num>
  <w:num w:numId="7" w16cid:durableId="1041058998">
    <w:abstractNumId w:val="2"/>
  </w:num>
  <w:num w:numId="8" w16cid:durableId="1611161105">
    <w:abstractNumId w:val="1"/>
  </w:num>
  <w:num w:numId="9" w16cid:durableId="814681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13507"/>
    <w:rsid w:val="007E0EE0"/>
    <w:rsid w:val="00AA1D8D"/>
    <w:rsid w:val="00B47730"/>
    <w:rsid w:val="00CB0664"/>
    <w:rsid w:val="00D821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86FB45"/>
  <w14:defaultImageDpi w14:val="300"/>
  <w15:docId w15:val="{A42336D0-EDBF-409E-8BF7-ED8F5501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jc w:val="both"/>
    </w:pPr>
    <w:rPr>
      <w:rFonts w:ascii="Arial" w:eastAsia="Arial" w:hAnsi="Arial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Vacca Antonio</cp:lastModifiedBy>
  <cp:revision>2</cp:revision>
  <dcterms:created xsi:type="dcterms:W3CDTF">2026-08-27T10:50:00Z</dcterms:created>
  <dcterms:modified xsi:type="dcterms:W3CDTF">2026-08-27T10:50:00Z</dcterms:modified>
  <cp:category/>
</cp:coreProperties>
</file>